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DECLARACIÓN JURADA DE DOMICILIO Y RESIDENCIA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adaptable para fines administrativos, contractuales o migratorios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  <w:jc w:val="center"/>
      </w:pPr>
      <w:r>
        <w:rPr>
          <w:rFonts w:ascii="Calibri" w:hAnsi="Calibri"/>
          <w:color w:val="212B36"/>
          <w:sz w:val="22"/>
        </w:rPr>
        <w:t>QUIEN SUSCRIBE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Yo, [NOMBRE COMPLETO], [NACIONALIDAD], mayor de edad, [ESTADO CIVIL], [PROFESIÓN U OCUPACIÓN], titular de la cédula de identidad y electoral/pasaporte núm. [NÚMERO], domiciliado(a) y residente en [DIRECCIÓN COMPLETA], DECLARO BAJO LA FE DEL JURAMENTO lo siguiente: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mi domicilio y residencia habitual se encuentran establecidos en la dirección anteriormente indicada desde [FECHA O TIEMPO DE RESIDENCIA].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el inmueble donde resido corresponde a [VIVIENDA PROPIA / ALQUILADA / CEDIDA / FAMILIAR], y que puedo aportar como respaldo [FACTURA DE SERVICIO / CONTRATO / CERTIFICACIÓN / OTRO].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formulo la presente declaración para ser presentada ante [INSTITUCIÓN O PERSONA DESTINATARIA] con el propósito de [FINALIDAD].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las informaciones suministradas son verdaderas y asumo las consecuencias legales derivadas de cualquier falsedad u omisión.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Hecha y firmada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el(la) señor(a) [NOMBRE COMPLETO],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Declaracion Jurada Domicilio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