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DECLARACIÓN JURADA DE INGRESOS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para acreditar fuentes y montos de ingresos declarados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  <w:jc w:val="center"/>
      </w:pPr>
      <w:r>
        <w:rPr>
          <w:rFonts w:ascii="Calibri" w:hAnsi="Calibri"/>
          <w:color w:val="212B36"/>
          <w:sz w:val="22"/>
        </w:rPr>
        <w:t>QUIEN SUSCRIBE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Yo, [NOMBRE COMPLETO], [NACIONALIDAD], mayor de edad, [ESTADO CIVIL], [PROFESIÓN U OCUPACIÓN], titular de la cédula de identidad y electoral/pasaporte núm. [NÚMERO], domiciliado(a) y residente en [DIRECCIÓN COMPLETA], DECLARO BAJO LA FE DEL JURAMENTO lo siguiente: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me desempeño como [EMPLEADO(A) / PROFESIONAL INDEPENDIENTE / COMERCIANTE / EMPRESARIO(A)] en [NOMBRE DE LA EMPRESA O ACTIVIDAD] desde [FECHA].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percibo ingresos promedio por la suma de [MONTO EN LETRAS] ([MONTO EN NÚMEROS]) [MENSUALES / ANUALES], provenientes de [FUENTE O ACTIVIDAD].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Que, adicionalmente, percibo [OTROS INGRESOS Y FUENTE, SI APLICA].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los ingresos declarados pueden ser respaldados mediante [CARTA DE TRABAJO / ESTADOS BANCARIOS / FACTURAS / DECLARACIONES FISCALES / OTROS].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Que la presente declaración se emite para [FINALIDAD] y que las informaciones ofrecidas son completas y verdaderas.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Hecha y firmada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COMPLETO]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DECLARANTE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el(la) señor(a) [NOMBRE COMPLETO],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Declaracion Jurada Ingresos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