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DECLARACIÓN JURADA DE CONVIVENCIA O UNIÓN LIBRE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conjunto para declarar una relación de convivencia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  <w:jc w:val="center"/>
      </w:pPr>
      <w:r>
        <w:rPr>
          <w:rFonts w:ascii="Calibri" w:hAnsi="Calibri"/>
          <w:color w:val="212B36"/>
          <w:sz w:val="22"/>
        </w:rPr>
        <w:t>QUIENES SUSCRIBEN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Nosotros, [NOMBRE COMPLETO 1], [NACIONALIDAD], mayor de edad, [ESTADO CIVIL], [OCUPACIÓN], titular de [DOCUMENTO] núm. [NÚMERO], y [NOMBRE COMPLETO 2], [NACIONALIDAD], mayor de edad, [ESTADO CIVIL], [OCUPACIÓN], titular de [DOCUMENTO] núm. [NÚMERO], ambos domiciliados y residentes en [DIRECCIÓN], DECLARAMOS BAJO LA FE DEL JURAMENTO lo siguiente: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mantenemos una relación de convivencia pública, estable y singular desde [FECHA APROXIMADA DE INICIO].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compartimos domicilio en [DIRECCIÓN COMPLETA] desde [FECHA].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de nuestra relación [NO HAN NACIDO HIJOS / HAN NACIDO LOS SIGUIENTES HIJOS: NOMBRES Y FECHAS].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esta declaración se emite para [FINALIDAD E INSTITUCIÓN DESTINATARIA] y no pretende sustituir las pruebas adicionales que la autoridad competente pueda exigir.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las informaciones suministradas son verdaderas y han sido ofrecidas de manera libre y voluntaria.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Hecha y firmada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COMPLETO 1]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DECLARANTE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COMPLETO 2]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DECLARANTE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los(as) señores(as) [NOMBRE COMPLETO 1] y [NOMBRE COMPLETO 2],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Declaracion Jurada Union Libre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