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80"/>
      </w:pPr>
      <w:r>
        <w:rPr>
          <w:rFonts w:ascii="Calibri" w:hAnsi="Calibri"/>
          <w:b/>
          <w:color w:val="0F2D52"/>
          <w:sz w:val="34"/>
        </w:rPr>
        <w:t>RECONOCIMIENTO DE DEUDA Y ACUERDO DE PAGO</w:t>
      </w:r>
    </w:p>
    <w:p>
      <w:pPr>
        <w:spacing w:after="240"/>
      </w:pPr>
      <w:r>
        <w:rPr>
          <w:rFonts w:ascii="Calibri" w:hAnsi="Calibri"/>
          <w:i/>
          <w:color w:val="667687"/>
          <w:sz w:val="19"/>
        </w:rPr>
        <w:t>Modelo para documentar una obligación y pactar su forma de pago</w:t>
      </w:r>
    </w:p>
    <w:p>
      <w:pPr>
        <w:pStyle w:val="LegalNote"/>
        <w:shd w:fill="EEF4FB" w:val="clear"/>
      </w:pPr>
      <w:r>
        <w:rPr>
          <w:rFonts w:ascii="Calibri" w:hAnsi="Calibri"/>
          <w:b/>
          <w:color w:val="0F2D52"/>
          <w:sz w:val="18"/>
        </w:rPr>
        <w:t xml:space="preserve">INSTRUCCIÓN: </w:t>
      </w:r>
      <w:r>
        <w:rPr>
          <w:rFonts w:ascii="Calibri" w:hAnsi="Calibri"/>
          <w:color w:val="0F2D52"/>
          <w:sz w:val="18"/>
        </w:rPr>
        <w:t>Sustituya todos los campos entre corchetes, elimine las opciones que no correspondan y solicite revisión profesional antes de firmar.</w:t>
      </w:r>
    </w:p>
    <w:p>
      <w:pPr>
        <w:keepLines w:val="0"/>
      </w:pPr>
      <w:r>
        <w:rPr>
          <w:rFonts w:ascii="Calibri" w:hAnsi="Calibri"/>
          <w:b/>
          <w:color w:val="212B36"/>
          <w:sz w:val="22"/>
        </w:rPr>
        <w:t>ENTRE:</w:t>
      </w:r>
      <w:r>
        <w:rPr>
          <w:rFonts w:ascii="Calibri" w:hAnsi="Calibri"/>
          <w:color w:val="212B36"/>
          <w:sz w:val="22"/>
        </w:rPr>
      </w:r>
    </w:p>
    <w:p>
      <w:pPr>
        <w:keepLines w:val="0"/>
      </w:pPr>
      <w:r>
        <w:rPr>
          <w:rFonts w:ascii="Calibri" w:hAnsi="Calibri"/>
          <w:color w:val="212B36"/>
          <w:sz w:val="22"/>
        </w:rPr>
        <w:t>De una parte, [NOMBRE COMPLETO O RAZÓN SOCIAL], [NACIONALIDAD/TIPO SOCIAL], mayor de edad o debidamente constituida, [ESTADO CIVIL/REGISTRO], titular de [CÉDULA/RNC/PASAPORTE] núm. [NÚMERO], con domicilio en [DIRECCIÓN], debidamente representada por [SI APLICA], quien en lo adelante se denominará EL ACREEDOR.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Y de la otra parte, [NOMBRE COMPLETO O RAZÓN SOCIAL], [NACIONALIDAD/TIPO SOCIAL], mayor de edad o debidamente constituida, [ESTADO CIVIL/REGISTRO], titular de [CÉDULA/RNC/PASAPORTE] núm. [NÚMERO], con domicilio en [DIRECCIÓN], debidamente representada por [SI APLICA], quien en lo adelante se denominará EL DEUDOR.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Cuando sean mencionadas conjuntamente se denominarán LAS PARTES, quienes libre y voluntariamente han convenido lo siguiente:</w:t>
      </w:r>
    </w:p>
    <w:p>
      <w:pPr>
        <w:pStyle w:val="Heading2"/>
      </w:pPr>
      <w:r>
        <w:t>PRIMERA: RECONOCIMIENTO</w:t>
      </w:r>
    </w:p>
    <w:p>
      <w:pPr>
        <w:keepLines/>
      </w:pPr>
      <w:r>
        <w:rPr>
          <w:rFonts w:ascii="Calibri" w:hAnsi="Calibri"/>
          <w:color w:val="212B36"/>
          <w:sz w:val="22"/>
        </w:rPr>
        <w:t>EL DEUDOR reconoce adeudar a EL ACREEDOR la suma cierta de [MONTO EN LETRAS] (RD$[MONTO]), originada en [DESCRIBIR OPERACIÓN, FACTURA, PRÉSTAMO O SERVICIO], obligación que declara conocer y aceptar.</w:t>
      </w:r>
    </w:p>
    <w:p>
      <w:pPr>
        <w:pStyle w:val="Heading2"/>
      </w:pPr>
      <w:r>
        <w:t>SEGUNDA: PLAN DE PAGO</w:t>
      </w:r>
    </w:p>
    <w:p>
      <w:pPr>
        <w:keepLines/>
      </w:pPr>
      <w:r>
        <w:rPr>
          <w:rFonts w:ascii="Calibri" w:hAnsi="Calibri"/>
          <w:color w:val="212B36"/>
          <w:sz w:val="22"/>
        </w:rPr>
        <w:t>EL DEUDOR pagará mediante [NÚMERO] cuotas de [MONTO] cada una, con vencimiento los días [DÍAS/FECHAS], iniciando el [FECHA] y terminando el [FECHA], mediante [FORMA Y LUGAR DE PAGO].</w:t>
      </w:r>
    </w:p>
    <w:p>
      <w:pPr>
        <w:pStyle w:val="Heading2"/>
      </w:pPr>
      <w:r>
        <w:t>TERCERA: INTERESES Y GASTOS</w:t>
      </w:r>
    </w:p>
    <w:p>
      <w:pPr>
        <w:keepLines/>
      </w:pPr>
      <w:r>
        <w:rPr>
          <w:rFonts w:ascii="Calibri" w:hAnsi="Calibri"/>
          <w:color w:val="212B36"/>
          <w:sz w:val="22"/>
        </w:rPr>
        <w:t>La obligación [DEVENGARÁ / NO DEVENGARÁ] intereses a la tasa de [TASA] dentro de los límites legales. Los gastos bancarios o de formalización serán asumidos por [PARTE].</w:t>
      </w:r>
    </w:p>
    <w:p>
      <w:pPr>
        <w:pStyle w:val="Heading2"/>
      </w:pPr>
      <w:r>
        <w:t>CUARTA: MORA Y VENCIMIENTO ANTICIPADO</w:t>
      </w:r>
    </w:p>
    <w:p>
      <w:pPr>
        <w:keepLines/>
      </w:pPr>
      <w:r>
        <w:rPr>
          <w:rFonts w:ascii="Calibri" w:hAnsi="Calibri"/>
          <w:color w:val="212B36"/>
          <w:sz w:val="22"/>
        </w:rPr>
        <w:t>La falta de pago de [NÚMERO] cuota(s) producirá mora después de [PLAZO] días y, previa notificación, podrá hacer exigible el saldo pendiente, sin perjuicio de cualquier plazo de gracia acordado por escrito.</w:t>
      </w:r>
    </w:p>
    <w:p>
      <w:pPr>
        <w:pStyle w:val="Heading2"/>
      </w:pPr>
      <w:r>
        <w:t>QUINTA: PAGOS Y DESCARGOS</w:t>
      </w:r>
    </w:p>
    <w:p>
      <w:pPr>
        <w:keepLines/>
      </w:pPr>
      <w:r>
        <w:rPr>
          <w:rFonts w:ascii="Calibri" w:hAnsi="Calibri"/>
          <w:color w:val="212B36"/>
          <w:sz w:val="22"/>
        </w:rPr>
        <w:t>Cada pago será acreditado mediante recibo, transferencia u otro comprobante. Una vez saldada la totalidad, EL ACREEDOR emitirá constancia de saldo y descargo definitivo respecto de esta obligación.</w:t>
      </w:r>
    </w:p>
    <w:p>
      <w:pPr>
        <w:pStyle w:val="Heading2"/>
      </w:pPr>
      <w:r>
        <w:t>SEXTA: GARANTÍA</w:t>
      </w:r>
    </w:p>
    <w:p>
      <w:pPr>
        <w:keepLines/>
      </w:pPr>
      <w:r>
        <w:rPr>
          <w:rFonts w:ascii="Calibri" w:hAnsi="Calibri"/>
          <w:color w:val="212B36"/>
          <w:sz w:val="22"/>
        </w:rPr>
        <w:t>El cumplimiento queda respaldado por [GARANTÍA/FIADOR/PAGARÉ/NO APLICA], cuyos términos se describen en [ANEXO O CLÁUSULA].</w:t>
      </w:r>
    </w:p>
    <w:p>
      <w:pPr>
        <w:pStyle w:val="Heading2"/>
      </w:pPr>
      <w:r>
        <w:t>SÉPTIMA: NOTIFICACIONES Y JURISDICCIÓN</w:t>
      </w:r>
    </w:p>
    <w:p>
      <w:pPr>
        <w:keepLines/>
      </w:pPr>
      <w:r>
        <w:rPr>
          <w:rFonts w:ascii="Calibri" w:hAnsi="Calibri"/>
          <w:color w:val="212B36"/>
          <w:sz w:val="22"/>
        </w:rPr>
        <w:t>Las notificaciones se enviarán a [DOMICILIOS/CORREOS]. LAS PARTES procurarán una solución amigable y, en su defecto, acudirán a los tribunales competentes de la República Dominicana.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Hecho y firmado en [CIUDAD], República Dominicana, a los [DÍA] días del mes de [MES] del año [AÑO].</w:t>
      </w:r>
    </w:p>
    <w:p>
      <w:pPr>
        <w:spacing w:before="160" w:after="0"/>
        <w:jc w:val="center"/>
      </w:pPr>
      <w:r>
        <w:rPr>
          <w:rFonts w:ascii="Calibri" w:hAnsi="Calibri"/>
          <w:color w:val="0F2D52"/>
          <w:sz w:val="22"/>
        </w:rPr>
        <w:t>________________________________________</w:t>
      </w:r>
    </w:p>
    <w:p>
      <w:pPr>
        <w:spacing w:after="40"/>
        <w:jc w:val="center"/>
      </w:pPr>
      <w:r>
        <w:rPr>
          <w:rFonts w:ascii="Calibri" w:hAnsi="Calibri"/>
          <w:b/>
          <w:color w:val="212B36"/>
          <w:sz w:val="22"/>
        </w:rPr>
        <w:t>[NOMBRE DEL ACREEDOR]</w:t>
      </w:r>
    </w:p>
    <w:p>
      <w:pPr>
        <w:jc w:val="center"/>
      </w:pPr>
      <w:r>
        <w:rPr>
          <w:rFonts w:ascii="Calibri" w:hAnsi="Calibri"/>
          <w:color w:val="667687"/>
          <w:sz w:val="19"/>
        </w:rPr>
        <w:t>EL ACREEDOR</w:t>
      </w:r>
    </w:p>
    <w:p>
      <w:pPr>
        <w:spacing w:before="160" w:after="0"/>
        <w:jc w:val="center"/>
      </w:pPr>
      <w:r>
        <w:rPr>
          <w:rFonts w:ascii="Calibri" w:hAnsi="Calibri"/>
          <w:color w:val="0F2D52"/>
          <w:sz w:val="22"/>
        </w:rPr>
        <w:t>________________________________________</w:t>
      </w:r>
    </w:p>
    <w:p>
      <w:pPr>
        <w:spacing w:after="40"/>
        <w:jc w:val="center"/>
      </w:pPr>
      <w:r>
        <w:rPr>
          <w:rFonts w:ascii="Calibri" w:hAnsi="Calibri"/>
          <w:b/>
          <w:color w:val="212B36"/>
          <w:sz w:val="22"/>
        </w:rPr>
        <w:t>[NOMBRE DEL DEUDOR]</w:t>
      </w:r>
    </w:p>
    <w:p>
      <w:pPr>
        <w:jc w:val="center"/>
      </w:pPr>
      <w:r>
        <w:rPr>
          <w:rFonts w:ascii="Calibri" w:hAnsi="Calibri"/>
          <w:color w:val="667687"/>
          <w:sz w:val="19"/>
        </w:rPr>
        <w:t>EL DEUDOR</w:t>
      </w:r>
    </w:p>
    <w:p>
      <w:pPr>
        <w:pStyle w:val="Heading2"/>
      </w:pPr>
      <w:r>
        <w:t>LEGALIZACIÓN NOTARIAL</w:t>
      </w:r>
    </w:p>
    <w:p>
      <w:pPr>
        <w:keepLines/>
      </w:pPr>
      <w:r>
        <w:rPr>
          <w:rFonts w:ascii="Calibri" w:hAnsi="Calibri"/>
          <w:color w:val="212B36"/>
          <w:sz w:val="22"/>
        </w:rPr>
        <w:t>YO, LIC. [NOMBRE DEL NOTARIO/A], dominicano(a), mayor de edad, abogado(a) Notario Público de los del número para [JURISDICCIÓN], matrícula núm. [NÚMERO], CERTIFICO Y DOY FE: que la(s) firma(s) que antecede(n) fue(ron) puesta(s) libre y voluntariamente en mi presencia por los(as) señores(as) [NOMBRE DEL ACREEDOR] y [NOMBRE DEL DEUDOR], quien(es) me declaró(aron) bajo la fe del juramento que esa es la forma acostumbrada de firmar sus actos públicos y privados. En [CIUDAD], República Dominicana, a los [DÍA] días del mes de [MES] del año [AÑO].</w:t>
      </w:r>
    </w:p>
    <w:p>
      <w:pPr>
        <w:spacing w:before="160" w:after="0"/>
        <w:jc w:val="center"/>
      </w:pPr>
      <w:r>
        <w:rPr>
          <w:rFonts w:ascii="Calibri" w:hAnsi="Calibri"/>
          <w:color w:val="0F2D52"/>
          <w:sz w:val="22"/>
        </w:rPr>
        <w:t>________________________________________</w:t>
      </w:r>
    </w:p>
    <w:p>
      <w:pPr>
        <w:spacing w:after="40"/>
        <w:jc w:val="center"/>
      </w:pPr>
      <w:r>
        <w:rPr>
          <w:rFonts w:ascii="Calibri" w:hAnsi="Calibri"/>
          <w:b/>
          <w:color w:val="212B36"/>
          <w:sz w:val="22"/>
        </w:rPr>
        <w:t>LIC. [NOMBRE DEL NOTARIO/A]</w:t>
      </w:r>
    </w:p>
    <w:p>
      <w:pPr>
        <w:jc w:val="center"/>
      </w:pPr>
      <w:r>
        <w:rPr>
          <w:rFonts w:ascii="Calibri" w:hAnsi="Calibri"/>
          <w:color w:val="667687"/>
          <w:sz w:val="19"/>
        </w:rPr>
        <w:t>NOTARIO PÚBLICO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i/>
        <w:color w:val="667687"/>
        <w:sz w:val="16"/>
      </w:rPr>
      <w:t>Modelo orientativo. Requiere revisión y adecuación profesional antes de su firma o uso.</w:t>
    </w:r>
  </w:p>
  <w:p>
    <w:pPr>
      <w:jc w:val="right"/>
    </w:pPr>
    <w:r>
      <w:rPr>
        <w:rFonts w:ascii="Calibri" w:hAnsi="Calibri"/>
        <w:color w:val="667687"/>
        <w:sz w:val="17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20"/>
      <w:jc w:val="left"/>
    </w:pPr>
    <w:r>
      <w:rPr>
        <w:rFonts w:ascii="Calibri" w:hAnsi="Calibri"/>
        <w:b/>
        <w:color w:val="0F2D52"/>
        <w:sz w:val="18"/>
      </w:rPr>
      <w:t>HEYDI LEGAL COACH &amp; ASOCIADOS</w:t>
    </w:r>
  </w:p>
  <w:p>
    <w:pPr>
      <w:spacing w:after="0"/>
    </w:pPr>
    <w:r>
      <w:rPr>
        <w:rFonts w:ascii="Calibri" w:hAnsi="Calibri"/>
        <w:color w:val="667687"/>
        <w:sz w:val="16"/>
      </w:rPr>
      <w:t>Modelo legal editable | República Dominicana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  <w:jc w:val="left"/>
    </w:pPr>
    <w:rPr>
      <w:rFonts w:ascii="Calibri" w:hAnsi="Calibri"/>
      <w:color w:val="212B36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F2D5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0F2D5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4B7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before="120" w:after="160"/>
      <w:ind w:left="230" w:right="230"/>
    </w:pPr>
    <w:rPr>
      <w:rFonts w:ascii="Calibri" w:hAnsi="Calibri"/>
      <w:color w:val="0F2D52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 Reconocimiento Deuda Acuerdo Pago</dc:title>
  <dc:subject>Modelo legal editable para República Dominicana</dc:subject>
  <dc:creator>Heydi Legal Coach &amp; Asociados</dc:creator>
  <cp:keywords>modelo legal, República Dominicana, descargable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