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80"/>
      </w:pPr>
      <w:r>
        <w:rPr>
          <w:rFonts w:ascii="Calibri" w:hAnsi="Calibri"/>
          <w:b/>
          <w:color w:val="0F2D52"/>
          <w:sz w:val="34"/>
        </w:rPr>
        <w:t>CARTA DE AUTORIZACIÓN Y REPRESENTACIÓN</w:t>
      </w:r>
    </w:p>
    <w:p>
      <w:pPr>
        <w:spacing w:after="240"/>
      </w:pPr>
      <w:r>
        <w:rPr>
          <w:rFonts w:ascii="Calibri" w:hAnsi="Calibri"/>
          <w:i/>
          <w:color w:val="667687"/>
          <w:sz w:val="19"/>
        </w:rPr>
        <w:t>Modelo simple para autorizar una gestión determinada</w:t>
      </w:r>
    </w:p>
    <w:p>
      <w:pPr>
        <w:pStyle w:val="LegalNote"/>
        <w:shd w:fill="EEF4FB" w:val="clear"/>
      </w:pPr>
      <w:r>
        <w:rPr>
          <w:rFonts w:ascii="Calibri" w:hAnsi="Calibri"/>
          <w:b/>
          <w:color w:val="0F2D52"/>
          <w:sz w:val="18"/>
        </w:rPr>
        <w:t xml:space="preserve">INSTRUCCIÓN: </w:t>
      </w:r>
      <w:r>
        <w:rPr>
          <w:rFonts w:ascii="Calibri" w:hAnsi="Calibri"/>
          <w:color w:val="0F2D52"/>
          <w:sz w:val="18"/>
        </w:rPr>
        <w:t>Sustituya todos los campos entre corchetes, elimine las opciones que no correspondan y solicite revisión profesional antes de firmar.</w:t>
      </w:r>
    </w:p>
    <w:p>
      <w:pPr>
        <w:keepLines w:val="0"/>
      </w:pPr>
      <w:r>
        <w:rPr>
          <w:rFonts w:ascii="Calibri" w:hAnsi="Calibri"/>
          <w:b/>
          <w:color w:val="212B36"/>
          <w:sz w:val="22"/>
        </w:rPr>
        <w:t>A:</w:t>
      </w:r>
      <w:r>
        <w:rPr>
          <w:rFonts w:ascii="Calibri" w:hAnsi="Calibri"/>
          <w:color w:val="212B36"/>
          <w:sz w:val="22"/>
        </w:rPr>
        <w:t xml:space="preserve"> [INSTITUCIÓN O PERSONA DESTINATARIA]</w:t>
      </w:r>
    </w:p>
    <w:p>
      <w:pPr>
        <w:keepLines w:val="0"/>
      </w:pPr>
      <w:r>
        <w:rPr>
          <w:rFonts w:ascii="Calibri" w:hAnsi="Calibri"/>
          <w:b/>
          <w:color w:val="212B36"/>
          <w:sz w:val="22"/>
        </w:rPr>
        <w:t>ASUNTO:</w:t>
      </w:r>
      <w:r>
        <w:rPr>
          <w:rFonts w:ascii="Calibri" w:hAnsi="Calibri"/>
          <w:color w:val="212B36"/>
          <w:sz w:val="22"/>
        </w:rPr>
        <w:t xml:space="preserve"> AUTORIZACIÓN PARA [GESTIÓN]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Yo, [NOMBRE DEL AUTORIZANTE], [NACIONALIDAD], mayor de edad, [ESTADO CIVIL], [OCUPACIÓN], titular de [DOCUMENTO] núm. [NÚMERO], domiciliado(a) en [DIRECCIÓN], por medio de la presente AUTORIZO de manera expresa a [NOMBRE DEL AUTORIZADO], [NACIONALIDAD], mayor de edad, titular de [DOCUMENTO] núm. [NÚMERO], para que, actuando en mi nombre y representación, realice exclusivamente la gestión siguiente:</w:t>
      </w:r>
    </w:p>
    <w:p>
      <w:pPr>
        <w:pStyle w:val="LegalNote"/>
        <w:shd w:fill="EEF4FB" w:val="clear"/>
      </w:pPr>
      <w:r>
        <w:rPr>
          <w:rFonts w:ascii="Calibri" w:hAnsi="Calibri"/>
          <w:b/>
          <w:color w:val="0F2D52"/>
          <w:sz w:val="20"/>
        </w:rPr>
        <w:t>[DESCRIBIR CON PRECISIÓN LA GESTIÓN, DOCUMENTOS QUE PUEDE DEPOSITAR O RETIRAR, INSTITUCIÓN, EXPEDIENTE Y LÍMITES DE LA AUTORIZACIÓN]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La persona autorizada podrá firmar recibos de depósito o retiro vinculados exclusivamente con la gestión descrita, pero no podrá delegar esta autorización, disponer de bienes, recibir dinero ni asumir obligaciones en mi nombre, salvo que aquí se indique expresamente: [FACULTADES ADICIONALES O NO APLICA].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Esta autorización tendrá vigencia desde el [FECHA] hasta el [FECHA] y podrá ser revocada mediante comunicación escrita, sin afectar actuaciones válidamente realizadas con anterioridad.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Se anexan copias de los documentos de identidad de las personas intervinientes y [OTROS ANEXOS].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Dada en [CIUDAD], República Dominicana, a los [DÍA] días del mes de [MES] del año [AÑO].</w:t>
      </w:r>
    </w:p>
    <w:p>
      <w:pPr>
        <w:spacing w:before="160" w:after="0"/>
        <w:jc w:val="center"/>
      </w:pPr>
      <w:r>
        <w:rPr>
          <w:rFonts w:ascii="Calibri" w:hAnsi="Calibri"/>
          <w:color w:val="0F2D52"/>
          <w:sz w:val="22"/>
        </w:rPr>
        <w:t>________________________________________</w:t>
      </w:r>
    </w:p>
    <w:p>
      <w:pPr>
        <w:spacing w:after="40"/>
        <w:jc w:val="center"/>
      </w:pPr>
      <w:r>
        <w:rPr>
          <w:rFonts w:ascii="Calibri" w:hAnsi="Calibri"/>
          <w:b/>
          <w:color w:val="212B36"/>
          <w:sz w:val="22"/>
        </w:rPr>
        <w:t>[NOMBRE DEL AUTORIZANTE]</w:t>
      </w:r>
    </w:p>
    <w:p>
      <w:pPr>
        <w:jc w:val="center"/>
      </w:pPr>
      <w:r>
        <w:rPr>
          <w:rFonts w:ascii="Calibri" w:hAnsi="Calibri"/>
          <w:color w:val="667687"/>
          <w:sz w:val="19"/>
        </w:rPr>
        <w:t>AUTORIZANTE</w:t>
      </w:r>
    </w:p>
    <w:p>
      <w:pPr>
        <w:pStyle w:val="Heading2"/>
      </w:pPr>
      <w:r>
        <w:t>LEGALIZACIÓN NOTARIAL</w:t>
      </w:r>
    </w:p>
    <w:p>
      <w:pPr>
        <w:keepLines/>
      </w:pPr>
      <w:r>
        <w:rPr>
          <w:rFonts w:ascii="Calibri" w:hAnsi="Calibri"/>
          <w:color w:val="212B36"/>
          <w:sz w:val="22"/>
        </w:rPr>
        <w:t>YO, LIC. [NOMBRE DEL NOTARIO/A], dominicano(a), mayor de edad, abogado(a) Notario Público de los del número para [JURISDICCIÓN], matrícula núm. [NÚMERO], CERTIFICO Y DOY FE: que la(s) firma(s) que antecede(n) fue(ron) puesta(s) libre y voluntariamente en mi presencia por el(la) señor(a) [NOMBRE DEL AUTORIZANTE], quien(es) me declaró(aron) bajo la fe del juramento que esa es la forma acostumbrada de firmar sus actos públicos y privados. En [CIUDAD], República Dominicana, a los [DÍA] días del mes de [MES] del año [AÑO].</w:t>
      </w:r>
    </w:p>
    <w:p>
      <w:pPr>
        <w:spacing w:before="160" w:after="0"/>
        <w:jc w:val="center"/>
      </w:pPr>
      <w:r>
        <w:rPr>
          <w:rFonts w:ascii="Calibri" w:hAnsi="Calibri"/>
          <w:color w:val="0F2D52"/>
          <w:sz w:val="22"/>
        </w:rPr>
        <w:t>________________________________________</w:t>
      </w:r>
    </w:p>
    <w:p>
      <w:pPr>
        <w:spacing w:after="40"/>
        <w:jc w:val="center"/>
      </w:pPr>
      <w:r>
        <w:rPr>
          <w:rFonts w:ascii="Calibri" w:hAnsi="Calibri"/>
          <w:b/>
          <w:color w:val="212B36"/>
          <w:sz w:val="22"/>
        </w:rPr>
        <w:t>LIC. [NOMBRE DEL NOTARIO/A]</w:t>
      </w:r>
    </w:p>
    <w:p>
      <w:pPr>
        <w:jc w:val="center"/>
      </w:pPr>
      <w:r>
        <w:rPr>
          <w:rFonts w:ascii="Calibri" w:hAnsi="Calibri"/>
          <w:color w:val="667687"/>
          <w:sz w:val="19"/>
        </w:rPr>
        <w:t>NOTARIO PÚBLICO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Calibri" w:hAnsi="Calibri"/>
        <w:i/>
        <w:color w:val="667687"/>
        <w:sz w:val="16"/>
      </w:rPr>
      <w:t>Modelo orientativo. Requiere revisión y adecuación profesional antes de su firma o uso.</w:t>
    </w:r>
  </w:p>
  <w:p>
    <w:pPr>
      <w:jc w:val="right"/>
    </w:pPr>
    <w:r>
      <w:rPr>
        <w:rFonts w:ascii="Calibri" w:hAnsi="Calibri"/>
        <w:color w:val="667687"/>
        <w:sz w:val="17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20"/>
      <w:jc w:val="left"/>
    </w:pPr>
    <w:r>
      <w:rPr>
        <w:rFonts w:ascii="Calibri" w:hAnsi="Calibri"/>
        <w:b/>
        <w:color w:val="0F2D52"/>
        <w:sz w:val="18"/>
      </w:rPr>
      <w:t>HEYDI LEGAL COACH &amp; ASOCIADOS</w:t>
    </w:r>
  </w:p>
  <w:p>
    <w:pPr>
      <w:spacing w:after="0"/>
    </w:pPr>
    <w:r>
      <w:rPr>
        <w:rFonts w:ascii="Calibri" w:hAnsi="Calibri"/>
        <w:color w:val="667687"/>
        <w:sz w:val="16"/>
      </w:rPr>
      <w:t>Modelo legal editable | República Dominicana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  <w:jc w:val="left"/>
    </w:pPr>
    <w:rPr>
      <w:rFonts w:ascii="Calibri" w:hAnsi="Calibri"/>
      <w:color w:val="212B36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0F2D5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0F2D5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74B7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before="120" w:after="160"/>
      <w:ind w:left="230" w:right="230"/>
    </w:pPr>
    <w:rPr>
      <w:rFonts w:ascii="Calibri" w:hAnsi="Calibri"/>
      <w:color w:val="0F2D52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Carta Autorizacion Representacion</dc:title>
  <dc:subject>Modelo legal editable para República Dominicana</dc:subject>
  <dc:creator>Heydi Legal Coach &amp; Asociados</dc:creator>
  <cp:keywords>modelo legal, República Dominicana, descargable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